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DA2" w:rsidRDefault="00D23DA2" w:rsidP="00D23DA2">
      <w:pPr>
        <w:spacing w:after="0"/>
        <w:rPr>
          <w:b/>
          <w:bCs/>
        </w:rPr>
      </w:pPr>
      <w:r>
        <w:rPr>
          <w:b/>
          <w:bCs/>
        </w:rPr>
        <w:t>REPUBLIKA HRVATSKA</w:t>
      </w:r>
    </w:p>
    <w:p w:rsidR="00D23DA2" w:rsidRDefault="00D23DA2" w:rsidP="00D23DA2">
      <w:pPr>
        <w:spacing w:after="0"/>
        <w:rPr>
          <w:b/>
          <w:bCs/>
        </w:rPr>
      </w:pPr>
      <w:r>
        <w:rPr>
          <w:b/>
          <w:bCs/>
        </w:rPr>
        <w:t>ŽUPANIJA BJELOVARSKO-BILOGORSKA</w:t>
      </w:r>
    </w:p>
    <w:p w:rsidR="00D23DA2" w:rsidRDefault="00D23DA2" w:rsidP="00D23DA2">
      <w:pPr>
        <w:spacing w:after="0"/>
        <w:rPr>
          <w:b/>
          <w:bCs/>
        </w:rPr>
      </w:pPr>
      <w:r>
        <w:rPr>
          <w:b/>
          <w:bCs/>
        </w:rPr>
        <w:t>CENTAR ZA ODGOJ, OBRAZOVANJE I RAZVOJNU PODRŠKU BJELOVAR</w:t>
      </w:r>
    </w:p>
    <w:p w:rsidR="00D23DA2" w:rsidRDefault="00D23DA2" w:rsidP="00D23DA2">
      <w:pPr>
        <w:spacing w:after="0"/>
        <w:rPr>
          <w:b/>
          <w:bCs/>
          <w:sz w:val="20"/>
        </w:rPr>
      </w:pPr>
      <w:bookmarkStart w:id="0" w:name="_Hlk182983448"/>
      <w:r>
        <w:rPr>
          <w:b/>
          <w:bCs/>
          <w:sz w:val="20"/>
        </w:rPr>
        <w:t xml:space="preserve">43000 Bjelovar, </w:t>
      </w:r>
      <w:proofErr w:type="spellStart"/>
      <w:r>
        <w:rPr>
          <w:b/>
          <w:bCs/>
          <w:sz w:val="20"/>
        </w:rPr>
        <w:t>Šetalište</w:t>
      </w:r>
      <w:proofErr w:type="spellEnd"/>
      <w:r>
        <w:rPr>
          <w:b/>
          <w:bCs/>
          <w:sz w:val="20"/>
        </w:rPr>
        <w:t xml:space="preserve"> dr. I. </w:t>
      </w:r>
      <w:proofErr w:type="spellStart"/>
      <w:r>
        <w:rPr>
          <w:b/>
          <w:bCs/>
          <w:sz w:val="20"/>
        </w:rPr>
        <w:t>Lebovića</w:t>
      </w:r>
      <w:proofErr w:type="spellEnd"/>
      <w:r>
        <w:rPr>
          <w:b/>
          <w:bCs/>
          <w:sz w:val="20"/>
        </w:rPr>
        <w:t xml:space="preserve"> 1.</w:t>
      </w:r>
    </w:p>
    <w:bookmarkEnd w:id="0"/>
    <w:p w:rsidR="00D23DA2" w:rsidRDefault="00D23DA2" w:rsidP="00D23DA2">
      <w:pPr>
        <w:spacing w:after="0"/>
        <w:rPr>
          <w:b/>
          <w:bCs/>
          <w:sz w:val="20"/>
        </w:rPr>
      </w:pPr>
      <w:r>
        <w:rPr>
          <w:b/>
          <w:bCs/>
          <w:sz w:val="20"/>
        </w:rPr>
        <w:t xml:space="preserve">Tel: (043) 242-645 </w:t>
      </w:r>
    </w:p>
    <w:p w:rsidR="00D23DA2" w:rsidRDefault="00D23DA2" w:rsidP="00D23DA2">
      <w:pPr>
        <w:spacing w:after="0"/>
        <w:rPr>
          <w:b/>
          <w:bCs/>
          <w:sz w:val="20"/>
        </w:rPr>
      </w:pPr>
      <w:r>
        <w:rPr>
          <w:b/>
          <w:bCs/>
          <w:sz w:val="20"/>
        </w:rPr>
        <w:t>MB: 3308413 OIB: 83946659706</w:t>
      </w:r>
    </w:p>
    <w:p w:rsidR="00D23DA2" w:rsidRDefault="00D23DA2" w:rsidP="00D23DA2">
      <w:pPr>
        <w:spacing w:after="0" w:line="240" w:lineRule="auto"/>
        <w:rPr>
          <w:b/>
        </w:rPr>
      </w:pPr>
    </w:p>
    <w:p w:rsidR="00D23DA2" w:rsidRDefault="00D23DA2" w:rsidP="00D23DA2">
      <w:pPr>
        <w:spacing w:after="0" w:line="240" w:lineRule="auto"/>
        <w:rPr>
          <w:b/>
        </w:rPr>
      </w:pPr>
    </w:p>
    <w:p w:rsidR="003B3501" w:rsidRDefault="00D23DA2" w:rsidP="00D23DA2">
      <w:pPr>
        <w:spacing w:after="0" w:line="240" w:lineRule="auto"/>
        <w:rPr>
          <w:b/>
        </w:rPr>
      </w:pPr>
      <w:r>
        <w:rPr>
          <w:b/>
        </w:rPr>
        <w:t xml:space="preserve">PREDMET: </w:t>
      </w:r>
      <w:proofErr w:type="spellStart"/>
      <w:r w:rsidR="00D53F33" w:rsidRPr="00D23DA2">
        <w:rPr>
          <w:b/>
          <w:color w:val="7030A0"/>
        </w:rPr>
        <w:t>Popis</w:t>
      </w:r>
      <w:proofErr w:type="spellEnd"/>
      <w:r w:rsidR="00D53F33" w:rsidRPr="00D23DA2">
        <w:rPr>
          <w:b/>
          <w:color w:val="7030A0"/>
        </w:rPr>
        <w:t xml:space="preserve"> </w:t>
      </w:r>
      <w:proofErr w:type="spellStart"/>
      <w:r w:rsidR="00D53F33" w:rsidRPr="00D23DA2">
        <w:rPr>
          <w:b/>
          <w:color w:val="7030A0"/>
        </w:rPr>
        <w:t>udžbenika</w:t>
      </w:r>
      <w:proofErr w:type="spellEnd"/>
      <w:r w:rsidR="00D53F33" w:rsidRPr="00D23DA2">
        <w:rPr>
          <w:b/>
          <w:color w:val="7030A0"/>
        </w:rPr>
        <w:t xml:space="preserve"> za </w:t>
      </w:r>
      <w:proofErr w:type="spellStart"/>
      <w:r w:rsidR="00D53F33" w:rsidRPr="00D23DA2">
        <w:rPr>
          <w:b/>
          <w:color w:val="7030A0"/>
        </w:rPr>
        <w:t>školsku</w:t>
      </w:r>
      <w:proofErr w:type="spellEnd"/>
      <w:r w:rsidR="00D53F33" w:rsidRPr="00D23DA2">
        <w:rPr>
          <w:b/>
          <w:color w:val="7030A0"/>
        </w:rPr>
        <w:t xml:space="preserve"> </w:t>
      </w:r>
      <w:proofErr w:type="spellStart"/>
      <w:r w:rsidR="00D53F33" w:rsidRPr="00D23DA2">
        <w:rPr>
          <w:b/>
          <w:color w:val="7030A0"/>
        </w:rPr>
        <w:t>godinu</w:t>
      </w:r>
      <w:proofErr w:type="spellEnd"/>
      <w:r w:rsidR="00D53F33" w:rsidRPr="00D23DA2">
        <w:rPr>
          <w:b/>
          <w:color w:val="7030A0"/>
        </w:rPr>
        <w:t xml:space="preserve"> </w:t>
      </w:r>
      <w:proofErr w:type="gramStart"/>
      <w:r w:rsidR="00D53F33" w:rsidRPr="00D23DA2">
        <w:rPr>
          <w:b/>
          <w:color w:val="7030A0"/>
        </w:rPr>
        <w:t>2026./</w:t>
      </w:r>
      <w:proofErr w:type="gramEnd"/>
      <w:r w:rsidR="00A1397D" w:rsidRPr="00D23DA2">
        <w:rPr>
          <w:b/>
          <w:color w:val="7030A0"/>
        </w:rPr>
        <w:t xml:space="preserve"> </w:t>
      </w:r>
      <w:r w:rsidR="00D53F33" w:rsidRPr="00D23DA2">
        <w:rPr>
          <w:b/>
          <w:color w:val="7030A0"/>
        </w:rPr>
        <w:t>2027.</w:t>
      </w:r>
    </w:p>
    <w:p w:rsidR="00A1397D" w:rsidRDefault="00A1397D" w:rsidP="00A1397D">
      <w:pPr>
        <w:spacing w:after="0" w:line="240" w:lineRule="auto"/>
        <w:jc w:val="center"/>
      </w:pPr>
    </w:p>
    <w:p w:rsidR="00A1397D" w:rsidRDefault="00A1397D" w:rsidP="00A1397D">
      <w:pPr>
        <w:spacing w:after="0" w:line="240" w:lineRule="auto"/>
        <w:jc w:val="center"/>
      </w:pPr>
    </w:p>
    <w:p w:rsidR="00A1397D" w:rsidRPr="00A1397D" w:rsidRDefault="00D53F33" w:rsidP="00A1397D">
      <w:pPr>
        <w:pStyle w:val="Naslov2"/>
        <w:spacing w:before="0" w:line="240" w:lineRule="auto"/>
      </w:pPr>
      <w:r>
        <w:t>2. RAZRED</w:t>
      </w:r>
    </w:p>
    <w:p w:rsidR="003B3501" w:rsidRDefault="00D53F33" w:rsidP="00A1397D">
      <w:pPr>
        <w:spacing w:after="0" w:line="240" w:lineRule="auto"/>
      </w:pPr>
      <w:r>
        <w:rPr>
          <w:b/>
        </w:rPr>
        <w:t>Početnica Šaptalica 1, radna početnica za pomoć u početnom čitanju i pisanju od prvog do četvrtog razreda osnovne škole</w:t>
      </w:r>
    </w:p>
    <w:p w:rsidR="003B3501" w:rsidRDefault="00D53F33" w:rsidP="00A1397D">
      <w:pPr>
        <w:spacing w:after="0" w:line="240" w:lineRule="auto"/>
      </w:pPr>
      <w:r>
        <w:t>Autori: Vesna Đurek</w:t>
      </w:r>
    </w:p>
    <w:p w:rsidR="003B3501" w:rsidRDefault="00D53F33" w:rsidP="00A1397D">
      <w:pPr>
        <w:spacing w:after="0" w:line="240" w:lineRule="auto"/>
      </w:pPr>
      <w:r>
        <w:t>Nakladnik: Školska knjiga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Početnica Šaptalica 2, radna početnica za pomoć u početnom čitanju i pisanju od prvog do četvrtog razreda osnovne škole</w:t>
      </w:r>
    </w:p>
    <w:p w:rsidR="003B3501" w:rsidRDefault="00D53F33" w:rsidP="00A1397D">
      <w:pPr>
        <w:spacing w:after="0" w:line="240" w:lineRule="auto"/>
      </w:pPr>
      <w:r>
        <w:t>Autori: Vesna Đurek</w:t>
      </w:r>
    </w:p>
    <w:p w:rsidR="003B3501" w:rsidRDefault="00D53F33" w:rsidP="00A1397D">
      <w:pPr>
        <w:spacing w:after="0" w:line="240" w:lineRule="auto"/>
      </w:pPr>
      <w:r>
        <w:t>Nakladnik: Školska knjiga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Početnica Šaptalica 3, radna početnica za pomoć u početnom čitanju i pisanju od prvog do četvrtog razreda osnovne škole</w:t>
      </w:r>
    </w:p>
    <w:p w:rsidR="003B3501" w:rsidRDefault="00D53F33" w:rsidP="00A1397D">
      <w:pPr>
        <w:spacing w:after="0" w:line="240" w:lineRule="auto"/>
      </w:pPr>
      <w:r>
        <w:t>Autori: Vesna Đurek</w:t>
      </w:r>
    </w:p>
    <w:p w:rsidR="003B3501" w:rsidRDefault="00D53F33" w:rsidP="00A1397D">
      <w:pPr>
        <w:spacing w:after="0" w:line="240" w:lineRule="auto"/>
      </w:pPr>
      <w:r>
        <w:t>Nakladnik: Školska knjiga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Moja mala matematika – Računajmo do 5</w:t>
      </w:r>
    </w:p>
    <w:p w:rsidR="003B3501" w:rsidRDefault="00D53F33" w:rsidP="00A1397D">
      <w:pPr>
        <w:spacing w:after="0" w:line="240" w:lineRule="auto"/>
      </w:pPr>
      <w:r>
        <w:t>Autori: Vesna Đurek</w:t>
      </w:r>
    </w:p>
    <w:p w:rsidR="003B3501" w:rsidRDefault="00D53F33" w:rsidP="00A1397D">
      <w:pPr>
        <w:spacing w:after="0" w:line="240" w:lineRule="auto"/>
      </w:pPr>
      <w:r>
        <w:t>Nakladnik: Školska knjiga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U svijetu slova i riječi 2 : radni udžbenik za 2. razred osnovne škole, nastavni predmet Hrvatski jezik</w:t>
      </w:r>
    </w:p>
    <w:p w:rsidR="003B3501" w:rsidRDefault="00D53F33" w:rsidP="00A1397D">
      <w:pPr>
        <w:spacing w:after="0" w:line="240" w:lineRule="auto"/>
      </w:pPr>
      <w:r>
        <w:t>Autori: Dubravka Sečen Rosso, Koraljka Žepec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U svijetu brojeva 2 : radni udžbenik za 2. razred osnovne škole, nastavni predmet Matematika</w:t>
      </w:r>
    </w:p>
    <w:p w:rsidR="003B3501" w:rsidRDefault="00D53F33" w:rsidP="00A1397D">
      <w:pPr>
        <w:spacing w:after="0" w:line="240" w:lineRule="auto"/>
      </w:pPr>
      <w:r>
        <w:t>Autori: Dubravka Sečen Rosso, Koraljka Žepec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Živimo s prirodom i društvom 1</w:t>
      </w:r>
    </w:p>
    <w:p w:rsidR="003B3501" w:rsidRDefault="00D53F33" w:rsidP="00A1397D">
      <w:pPr>
        <w:spacing w:after="0" w:line="240" w:lineRule="auto"/>
      </w:pPr>
      <w:r>
        <w:t>Autori: Nives Čagalj, Milica Duvnjak, Marija Petričević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D23DA2" w:rsidRDefault="00D23DA2" w:rsidP="00A1397D">
      <w:pPr>
        <w:spacing w:after="0" w:line="240" w:lineRule="auto"/>
        <w:rPr>
          <w:b/>
        </w:rPr>
      </w:pPr>
    </w:p>
    <w:p w:rsidR="003B3501" w:rsidRDefault="00D53F33" w:rsidP="00A1397D">
      <w:pPr>
        <w:spacing w:after="0" w:line="240" w:lineRule="auto"/>
      </w:pPr>
      <w:bookmarkStart w:id="1" w:name="_GoBack"/>
      <w:bookmarkEnd w:id="1"/>
      <w:proofErr w:type="spellStart"/>
      <w:r>
        <w:rPr>
          <w:b/>
        </w:rPr>
        <w:lastRenderedPageBreak/>
        <w:t>Živimo</w:t>
      </w:r>
      <w:proofErr w:type="spellEnd"/>
      <w:r>
        <w:rPr>
          <w:b/>
        </w:rPr>
        <w:t xml:space="preserve"> s </w:t>
      </w:r>
      <w:proofErr w:type="spellStart"/>
      <w:r>
        <w:rPr>
          <w:b/>
        </w:rPr>
        <w:t>prirodom</w:t>
      </w:r>
      <w:proofErr w:type="spellEnd"/>
      <w:r>
        <w:rPr>
          <w:b/>
        </w:rPr>
        <w:t xml:space="preserve"> i društvom 2</w:t>
      </w:r>
    </w:p>
    <w:p w:rsidR="003B3501" w:rsidRDefault="00D53F33" w:rsidP="00A1397D">
      <w:pPr>
        <w:spacing w:after="0" w:line="240" w:lineRule="auto"/>
      </w:pPr>
      <w:r>
        <w:t>Autori: Nives Čagalj, Milica Duvnjak, Marija Petričević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Dip in 1 – udžbenik engleskog jezika</w:t>
      </w:r>
    </w:p>
    <w:p w:rsidR="003B3501" w:rsidRDefault="00D53F33" w:rsidP="00A1397D">
      <w:pPr>
        <w:spacing w:after="0" w:line="240" w:lineRule="auto"/>
      </w:pPr>
      <w:r>
        <w:t>Autori: Biserka Džeba, Vlasta Živković</w:t>
      </w:r>
    </w:p>
    <w:p w:rsidR="003B3501" w:rsidRDefault="00D53F33" w:rsidP="00A1397D">
      <w:pPr>
        <w:spacing w:after="0" w:line="240" w:lineRule="auto"/>
      </w:pPr>
      <w:r>
        <w:t>Nakladnik: Školska knjiga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pStyle w:val="Naslov2"/>
        <w:spacing w:before="0" w:line="240" w:lineRule="auto"/>
      </w:pPr>
      <w:r>
        <w:t>4. RAZRED</w:t>
      </w:r>
    </w:p>
    <w:p w:rsidR="003B3501" w:rsidRDefault="00D53F33" w:rsidP="00A1397D">
      <w:pPr>
        <w:spacing w:after="0" w:line="240" w:lineRule="auto"/>
      </w:pPr>
      <w:r>
        <w:rPr>
          <w:b/>
        </w:rPr>
        <w:t>Škrinjica slova i riječi 2, prvi dio</w:t>
      </w:r>
    </w:p>
    <w:p w:rsidR="003B3501" w:rsidRDefault="00D53F33" w:rsidP="00A1397D">
      <w:pPr>
        <w:spacing w:after="0" w:line="240" w:lineRule="auto"/>
      </w:pPr>
      <w:r>
        <w:t>Autori: Dubravka Težak i dr.</w:t>
      </w:r>
    </w:p>
    <w:p w:rsidR="003B3501" w:rsidRDefault="00D53F33" w:rsidP="00A1397D">
      <w:pPr>
        <w:spacing w:after="0" w:line="240" w:lineRule="auto"/>
      </w:pPr>
      <w:r>
        <w:t>Nakladnik: Alfa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Škrinjica slova i riječi 2, drugi dio</w:t>
      </w:r>
    </w:p>
    <w:p w:rsidR="003B3501" w:rsidRDefault="00D53F33" w:rsidP="00A1397D">
      <w:pPr>
        <w:spacing w:after="0" w:line="240" w:lineRule="auto"/>
      </w:pPr>
      <w:r>
        <w:t>Autori: Dubravka Težak i dr.</w:t>
      </w:r>
    </w:p>
    <w:p w:rsidR="003B3501" w:rsidRDefault="00D53F33" w:rsidP="00A1397D">
      <w:pPr>
        <w:spacing w:after="0" w:line="240" w:lineRule="auto"/>
      </w:pPr>
      <w:r>
        <w:t>Nakladnik: Alfa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U svijetu slova i riječi 3</w:t>
      </w:r>
    </w:p>
    <w:p w:rsidR="003B3501" w:rsidRDefault="00D53F33" w:rsidP="00A1397D">
      <w:pPr>
        <w:spacing w:after="0" w:line="240" w:lineRule="auto"/>
      </w:pPr>
      <w:r>
        <w:t>Autori: Dubravka Sečen Rosso, Koraljka Žepec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Moja mala matematika – Računajmo do 20</w:t>
      </w:r>
    </w:p>
    <w:p w:rsidR="003B3501" w:rsidRDefault="00D53F33" w:rsidP="00A1397D">
      <w:pPr>
        <w:spacing w:after="0" w:line="240" w:lineRule="auto"/>
      </w:pPr>
      <w:r>
        <w:t>Autori: Vesna Đurek</w:t>
      </w:r>
    </w:p>
    <w:p w:rsidR="003B3501" w:rsidRDefault="00D53F33" w:rsidP="00A1397D">
      <w:pPr>
        <w:spacing w:after="0" w:line="240" w:lineRule="auto"/>
      </w:pPr>
      <w:r>
        <w:t>Nakladnik: Školska knjiga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Moj mali matematički svijet 1, 1. dio</w:t>
      </w:r>
    </w:p>
    <w:p w:rsidR="003B3501" w:rsidRDefault="00D53F33" w:rsidP="00A1397D">
      <w:pPr>
        <w:spacing w:after="0" w:line="240" w:lineRule="auto"/>
      </w:pPr>
      <w:r>
        <w:t>Autori: Basarić Čulk i dr.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Moj mali matematički svijet 1, 2. dio</w:t>
      </w:r>
    </w:p>
    <w:p w:rsidR="003B3501" w:rsidRDefault="00D53F33" w:rsidP="00A1397D">
      <w:pPr>
        <w:spacing w:after="0" w:line="240" w:lineRule="auto"/>
      </w:pPr>
      <w:r>
        <w:t>Autori: Basarić Čulk i dr.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U svijetu brojeva 3</w:t>
      </w:r>
    </w:p>
    <w:p w:rsidR="003B3501" w:rsidRDefault="00D53F33" w:rsidP="00A1397D">
      <w:pPr>
        <w:spacing w:after="0" w:line="240" w:lineRule="auto"/>
      </w:pPr>
      <w:r>
        <w:t>Autori: Dubravka Sečen Rosso, Koraljka Žepec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Istražujemo naš svijet 3</w:t>
      </w:r>
    </w:p>
    <w:p w:rsidR="003B3501" w:rsidRDefault="00D53F33" w:rsidP="00A1397D">
      <w:pPr>
        <w:spacing w:after="0" w:line="240" w:lineRule="auto"/>
      </w:pPr>
      <w:r>
        <w:t>Autori: A. Letina i dr.</w:t>
      </w:r>
    </w:p>
    <w:p w:rsidR="003B3501" w:rsidRDefault="00D53F33" w:rsidP="00A1397D">
      <w:pPr>
        <w:spacing w:after="0" w:line="240" w:lineRule="auto"/>
      </w:pPr>
      <w:r>
        <w:t>Nakladnik: Školska knjiga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Volim zavičaj 3</w:t>
      </w:r>
    </w:p>
    <w:p w:rsidR="003B3501" w:rsidRDefault="00D53F33" w:rsidP="00A1397D">
      <w:pPr>
        <w:spacing w:after="0" w:line="240" w:lineRule="auto"/>
      </w:pPr>
      <w:r>
        <w:t>Autori: Nives Čagalj, Milica Duvnjak, Marija Petričević</w:t>
      </w:r>
    </w:p>
    <w:p w:rsidR="003B3501" w:rsidRDefault="00D53F33" w:rsidP="00A1397D">
      <w:pPr>
        <w:spacing w:after="0" w:line="240" w:lineRule="auto"/>
      </w:pPr>
      <w:proofErr w:type="spellStart"/>
      <w:r>
        <w:t>Nakladnik</w:t>
      </w:r>
      <w:proofErr w:type="spellEnd"/>
      <w:r>
        <w:t>: Alka Script</w:t>
      </w:r>
    </w:p>
    <w:p w:rsidR="00A1397D" w:rsidRDefault="00A1397D" w:rsidP="00A1397D">
      <w:pPr>
        <w:spacing w:after="0" w:line="240" w:lineRule="auto"/>
      </w:pP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pStyle w:val="Naslov2"/>
        <w:spacing w:before="0" w:line="240" w:lineRule="auto"/>
      </w:pPr>
      <w:r>
        <w:lastRenderedPageBreak/>
        <w:t>5. RAZRED</w:t>
      </w:r>
    </w:p>
    <w:p w:rsidR="003B3501" w:rsidRDefault="00D53F33" w:rsidP="00A1397D">
      <w:pPr>
        <w:spacing w:after="0" w:line="240" w:lineRule="auto"/>
      </w:pPr>
      <w:r>
        <w:rPr>
          <w:b/>
        </w:rPr>
        <w:t>Zagrljaj riječi 5</w:t>
      </w:r>
    </w:p>
    <w:p w:rsidR="003B3501" w:rsidRDefault="00D53F33" w:rsidP="00A1397D">
      <w:pPr>
        <w:spacing w:after="0" w:line="240" w:lineRule="auto"/>
      </w:pPr>
      <w:r>
        <w:t>Autori: Renata Kos, Dinka Žulić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Škrinjica slova i riječi 2, prvi dio</w:t>
      </w:r>
    </w:p>
    <w:p w:rsidR="003B3501" w:rsidRDefault="00D53F33" w:rsidP="00A1397D">
      <w:pPr>
        <w:spacing w:after="0" w:line="240" w:lineRule="auto"/>
      </w:pPr>
      <w:r>
        <w:t>Autori: Dubravka Težak i dr.</w:t>
      </w:r>
    </w:p>
    <w:p w:rsidR="003B3501" w:rsidRDefault="00D53F33" w:rsidP="00A1397D">
      <w:pPr>
        <w:spacing w:after="0" w:line="240" w:lineRule="auto"/>
      </w:pPr>
      <w:r>
        <w:t>Nakladnik: Alfa</w:t>
      </w:r>
    </w:p>
    <w:p w:rsidR="003B3501" w:rsidRDefault="00D53F33" w:rsidP="00A1397D">
      <w:pPr>
        <w:spacing w:after="0" w:line="240" w:lineRule="auto"/>
      </w:pPr>
      <w:proofErr w:type="spellStart"/>
      <w:r>
        <w:rPr>
          <w:b/>
        </w:rPr>
        <w:t>Škrinjica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slova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riječi</w:t>
      </w:r>
      <w:proofErr w:type="spellEnd"/>
      <w:r>
        <w:rPr>
          <w:b/>
        </w:rPr>
        <w:t xml:space="preserve"> 2, drugi dio</w:t>
      </w:r>
    </w:p>
    <w:p w:rsidR="003B3501" w:rsidRDefault="00D53F33" w:rsidP="00A1397D">
      <w:pPr>
        <w:spacing w:after="0" w:line="240" w:lineRule="auto"/>
      </w:pPr>
      <w:r>
        <w:t>Autori: Dubravka Težak i dr.</w:t>
      </w:r>
    </w:p>
    <w:p w:rsidR="003B3501" w:rsidRDefault="00D53F33" w:rsidP="00A1397D">
      <w:pPr>
        <w:spacing w:after="0" w:line="240" w:lineRule="auto"/>
      </w:pPr>
      <w:r>
        <w:t>Nakladnik: Alfa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Moj mali matematički svijet 1, 1. dio</w:t>
      </w:r>
    </w:p>
    <w:p w:rsidR="003B3501" w:rsidRDefault="00D53F33" w:rsidP="00A1397D">
      <w:pPr>
        <w:spacing w:after="0" w:line="240" w:lineRule="auto"/>
      </w:pPr>
      <w:r>
        <w:t>Autori: Basarić Čulk i dr.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Moj mali matematički svijet 1, 2. dio</w:t>
      </w:r>
    </w:p>
    <w:p w:rsidR="003B3501" w:rsidRDefault="00D53F33" w:rsidP="00A1397D">
      <w:pPr>
        <w:spacing w:after="0" w:line="240" w:lineRule="auto"/>
      </w:pPr>
      <w:r>
        <w:t>Autori: Basarić Čulk i dr.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U svijetu matematike s osmijehom 5</w:t>
      </w:r>
    </w:p>
    <w:p w:rsidR="003B3501" w:rsidRDefault="00D53F33" w:rsidP="00A1397D">
      <w:pPr>
        <w:spacing w:after="0" w:line="240" w:lineRule="auto"/>
      </w:pPr>
      <w:r>
        <w:t>Autori: Marija Kirinić, Romana Sosa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Živimo s prirodom 5</w:t>
      </w:r>
    </w:p>
    <w:p w:rsidR="003B3501" w:rsidRDefault="00D53F33" w:rsidP="00A1397D">
      <w:pPr>
        <w:spacing w:after="0" w:line="240" w:lineRule="auto"/>
      </w:pPr>
      <w:r>
        <w:t>Autori: Marina Robotić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Živimo zajedno 5</w:t>
      </w:r>
    </w:p>
    <w:p w:rsidR="003B3501" w:rsidRDefault="00D53F33" w:rsidP="00A1397D">
      <w:pPr>
        <w:spacing w:after="0" w:line="240" w:lineRule="auto"/>
      </w:pPr>
      <w:r>
        <w:t>Autori: Dubravka Duhović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Knjiga vještina u domaćinstvu 5</w:t>
      </w:r>
    </w:p>
    <w:p w:rsidR="003B3501" w:rsidRDefault="00D53F33" w:rsidP="00A1397D">
      <w:pPr>
        <w:spacing w:after="0" w:line="240" w:lineRule="auto"/>
      </w:pPr>
      <w:r>
        <w:t>Autori: Antonija Maričević, Marta Prohaska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Moja domena 2</w:t>
      </w:r>
    </w:p>
    <w:p w:rsidR="003B3501" w:rsidRDefault="00D53F33" w:rsidP="00A1397D">
      <w:pPr>
        <w:spacing w:after="0" w:line="240" w:lineRule="auto"/>
      </w:pPr>
      <w:r>
        <w:t>Autori: Blaženka Rihter, Karmen Toić Dlačić</w:t>
      </w:r>
    </w:p>
    <w:p w:rsidR="003B3501" w:rsidRDefault="00D53F33" w:rsidP="00A1397D">
      <w:pPr>
        <w:spacing w:after="0" w:line="240" w:lineRule="auto"/>
      </w:pPr>
      <w:r>
        <w:t>Nakladnik: Alfa</w:t>
      </w:r>
    </w:p>
    <w:p w:rsidR="003B3501" w:rsidRDefault="003B3501" w:rsidP="00A1397D">
      <w:pPr>
        <w:spacing w:after="0" w:line="240" w:lineRule="auto"/>
      </w:pPr>
    </w:p>
    <w:p w:rsidR="00A1397D" w:rsidRDefault="00A1397D" w:rsidP="00A1397D">
      <w:pPr>
        <w:spacing w:after="0" w:line="240" w:lineRule="auto"/>
      </w:pPr>
    </w:p>
    <w:p w:rsidR="003B3501" w:rsidRDefault="00D53F33" w:rsidP="00A1397D">
      <w:pPr>
        <w:pStyle w:val="Naslov2"/>
        <w:spacing w:before="0" w:line="240" w:lineRule="auto"/>
      </w:pPr>
      <w:r>
        <w:t>6. RAZRED</w:t>
      </w:r>
    </w:p>
    <w:p w:rsidR="003B3501" w:rsidRDefault="00D53F33" w:rsidP="00A1397D">
      <w:pPr>
        <w:spacing w:after="0" w:line="240" w:lineRule="auto"/>
      </w:pPr>
      <w:r>
        <w:rPr>
          <w:b/>
        </w:rPr>
        <w:t>Zagrljaj riječi 5</w:t>
      </w:r>
    </w:p>
    <w:p w:rsidR="003B3501" w:rsidRDefault="00D53F33" w:rsidP="00A1397D">
      <w:pPr>
        <w:spacing w:after="0" w:line="240" w:lineRule="auto"/>
      </w:pPr>
      <w:r>
        <w:t>Autori: Renata Kos, Dinka Žulić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lastRenderedPageBreak/>
        <w:t>U svijetu matematike s osmijehom 6</w:t>
      </w:r>
    </w:p>
    <w:p w:rsidR="003B3501" w:rsidRDefault="00D53F33" w:rsidP="00A1397D">
      <w:pPr>
        <w:spacing w:after="0" w:line="240" w:lineRule="auto"/>
      </w:pPr>
      <w:r>
        <w:t>Autori: Marija Kirinić, Romana Sosa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Živimo s prirodom 6</w:t>
      </w:r>
    </w:p>
    <w:p w:rsidR="003B3501" w:rsidRDefault="00D53F33" w:rsidP="00A1397D">
      <w:pPr>
        <w:spacing w:after="0" w:line="240" w:lineRule="auto"/>
      </w:pPr>
      <w:r>
        <w:t>Autori: Marina Robotić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Živimo zajedno 6</w:t>
      </w:r>
    </w:p>
    <w:p w:rsidR="003B3501" w:rsidRDefault="00D53F33" w:rsidP="00A1397D">
      <w:pPr>
        <w:spacing w:after="0" w:line="240" w:lineRule="auto"/>
      </w:pPr>
      <w:r>
        <w:t>Autori: Dubravka Duhović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Domaćinstvo za dob 16. do 21. godina</w:t>
      </w:r>
    </w:p>
    <w:p w:rsidR="003B3501" w:rsidRDefault="00D53F33" w:rsidP="00A1397D">
      <w:pPr>
        <w:spacing w:after="0" w:line="240" w:lineRule="auto"/>
      </w:pPr>
      <w:r>
        <w:t>Autori: —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A1397D" w:rsidRDefault="00A1397D" w:rsidP="00A1397D">
      <w:pPr>
        <w:spacing w:after="0" w:line="240" w:lineRule="auto"/>
      </w:pPr>
    </w:p>
    <w:p w:rsidR="003B3501" w:rsidRDefault="00D53F33" w:rsidP="00A1397D">
      <w:pPr>
        <w:pStyle w:val="Naslov2"/>
        <w:spacing w:before="0" w:line="240" w:lineRule="auto"/>
      </w:pPr>
      <w:r>
        <w:t>7. I 8. RAZRED</w:t>
      </w:r>
    </w:p>
    <w:p w:rsidR="003B3501" w:rsidRDefault="00D53F33" w:rsidP="00A1397D">
      <w:pPr>
        <w:spacing w:after="0" w:line="240" w:lineRule="auto"/>
      </w:pPr>
      <w:r>
        <w:rPr>
          <w:b/>
        </w:rPr>
        <w:t>Svijet riječi 4 (1. i 2. dio)</w:t>
      </w:r>
    </w:p>
    <w:p w:rsidR="003B3501" w:rsidRDefault="00D53F33" w:rsidP="00A1397D">
      <w:pPr>
        <w:spacing w:after="0" w:line="240" w:lineRule="auto"/>
      </w:pPr>
      <w:r>
        <w:t>Autori: Terezija Zokić i dr.</w:t>
      </w:r>
    </w:p>
    <w:p w:rsidR="003B3501" w:rsidRDefault="00D53F33" w:rsidP="00A1397D">
      <w:pPr>
        <w:spacing w:after="0" w:line="240" w:lineRule="auto"/>
      </w:pPr>
      <w:r>
        <w:t>Nakladnik: Školska knjiga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Matematika 3, prvi dio</w:t>
      </w:r>
    </w:p>
    <w:p w:rsidR="003B3501" w:rsidRDefault="00D53F33" w:rsidP="00A1397D">
      <w:pPr>
        <w:spacing w:after="0" w:line="240" w:lineRule="auto"/>
      </w:pPr>
      <w:r>
        <w:t>Autori: Josip Markovac</w:t>
      </w:r>
    </w:p>
    <w:p w:rsidR="003B3501" w:rsidRDefault="00D53F33" w:rsidP="00A1397D">
      <w:pPr>
        <w:spacing w:after="0" w:line="240" w:lineRule="auto"/>
      </w:pPr>
      <w:r>
        <w:t>Nakladnik: Alfa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Matematika 3, drugi dio</w:t>
      </w:r>
    </w:p>
    <w:p w:rsidR="003B3501" w:rsidRDefault="00D53F33" w:rsidP="00A1397D">
      <w:pPr>
        <w:spacing w:after="0" w:line="240" w:lineRule="auto"/>
      </w:pPr>
      <w:r>
        <w:t>Autori: Josip Markovac</w:t>
      </w:r>
    </w:p>
    <w:p w:rsidR="003B3501" w:rsidRDefault="00D53F33" w:rsidP="00A1397D">
      <w:pPr>
        <w:spacing w:after="0" w:line="240" w:lineRule="auto"/>
      </w:pPr>
      <w:r>
        <w:t>Nakladnik: Alfa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U svijetu matematike s osmijehom 6</w:t>
      </w:r>
    </w:p>
    <w:p w:rsidR="003B3501" w:rsidRDefault="00D53F33" w:rsidP="00A1397D">
      <w:pPr>
        <w:spacing w:after="0" w:line="240" w:lineRule="auto"/>
      </w:pPr>
      <w:r>
        <w:t>Autori: Marija Kirinić, Romana Sosa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Živimo s prirodom 6</w:t>
      </w:r>
    </w:p>
    <w:p w:rsidR="003B3501" w:rsidRDefault="00D53F33" w:rsidP="00A1397D">
      <w:pPr>
        <w:spacing w:after="0" w:line="240" w:lineRule="auto"/>
      </w:pPr>
      <w:r>
        <w:t>Autori: Marina Robotić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D53F33" w:rsidP="00A1397D">
      <w:pPr>
        <w:spacing w:after="0" w:line="240" w:lineRule="auto"/>
      </w:pPr>
      <w:r>
        <w:rPr>
          <w:b/>
        </w:rPr>
        <w:t>Živimo zajedno 6</w:t>
      </w:r>
    </w:p>
    <w:p w:rsidR="003B3501" w:rsidRDefault="00D53F33" w:rsidP="00A1397D">
      <w:pPr>
        <w:spacing w:after="0" w:line="240" w:lineRule="auto"/>
      </w:pPr>
      <w:r>
        <w:t>Autori: Dubravka Duhović</w:t>
      </w:r>
    </w:p>
    <w:p w:rsidR="003B3501" w:rsidRDefault="00D53F33" w:rsidP="00A1397D">
      <w:pPr>
        <w:spacing w:after="0" w:line="240" w:lineRule="auto"/>
      </w:pPr>
      <w:r>
        <w:t>Nakladnik: Alka Script</w:t>
      </w:r>
    </w:p>
    <w:p w:rsidR="003B3501" w:rsidRDefault="003B3501" w:rsidP="00A1397D">
      <w:pPr>
        <w:spacing w:after="0" w:line="240" w:lineRule="auto"/>
      </w:pPr>
    </w:p>
    <w:p w:rsidR="003B3501" w:rsidRDefault="003B3501" w:rsidP="00A1397D">
      <w:pPr>
        <w:spacing w:after="0" w:line="240" w:lineRule="auto"/>
      </w:pPr>
    </w:p>
    <w:sectPr w:rsidR="003B35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3501"/>
    <w:rsid w:val="00A1397D"/>
    <w:rsid w:val="00AA1D8D"/>
    <w:rsid w:val="00B47730"/>
    <w:rsid w:val="00CB0664"/>
    <w:rsid w:val="00CE542E"/>
    <w:rsid w:val="00D23DA2"/>
    <w:rsid w:val="00D53F33"/>
    <w:rsid w:val="00D633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0B01F"/>
  <w14:defaultImageDpi w14:val="300"/>
  <w15:docId w15:val="{5892C1FC-0DFB-449E-8DB0-2CFCAA58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2D50EF-129C-477D-B5CE-061DAF53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Jelena Kosanović Fridl</cp:lastModifiedBy>
  <cp:revision>3</cp:revision>
  <dcterms:created xsi:type="dcterms:W3CDTF">2026-07-15T08:28:00Z</dcterms:created>
  <dcterms:modified xsi:type="dcterms:W3CDTF">2026-07-15T08:30:00Z</dcterms:modified>
  <cp:category/>
</cp:coreProperties>
</file>